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68C00" w14:textId="77777777" w:rsidR="00E72CA7" w:rsidRDefault="00E72CA7" w:rsidP="00E72CA7">
      <w:pPr>
        <w:pStyle w:val="TitleCustom"/>
        <w:rPr>
          <w:lang w:val="it-IT"/>
        </w:rPr>
      </w:pPr>
    </w:p>
    <w:p w14:paraId="731D0E15" w14:textId="77777777" w:rsidR="00E72CA7" w:rsidRDefault="00E72CA7" w:rsidP="00E72CA7">
      <w:pPr>
        <w:pStyle w:val="TitleCustom"/>
        <w:rPr>
          <w:lang w:val="it-IT"/>
        </w:rPr>
      </w:pPr>
    </w:p>
    <w:p w14:paraId="22529808" w14:textId="77777777" w:rsidR="00E505D3" w:rsidRPr="00D74F55" w:rsidRDefault="00E505D3" w:rsidP="00E505D3">
      <w:pPr>
        <w:pStyle w:val="TitleCustom"/>
        <w:spacing w:before="100" w:after="40" w:line="240" w:lineRule="auto"/>
        <w:jc w:val="center"/>
        <w:rPr>
          <w:lang w:val="it-IT"/>
        </w:rPr>
      </w:pPr>
      <w:r w:rsidRPr="00D74F55">
        <w:rPr>
          <w:rFonts w:ascii="Times New Roman" w:eastAsia="Times New Roman" w:hAnsi="Times New Roman"/>
          <w:color w:val="000000"/>
          <w:sz w:val="25"/>
          <w:lang w:val="it-IT"/>
        </w:rPr>
        <w:t>ISTANZA PER L’ATTIVAZIONE DI ATTIVITÀ TECNICO-ISTRUTTORIE</w:t>
      </w:r>
    </w:p>
    <w:p w14:paraId="559F353C" w14:textId="77777777" w:rsidR="00E505D3" w:rsidRPr="00D74F55" w:rsidRDefault="00E505D3" w:rsidP="00E505D3">
      <w:pPr>
        <w:spacing w:after="360"/>
        <w:jc w:val="center"/>
        <w:rPr>
          <w:lang w:val="it-IT"/>
        </w:rPr>
      </w:pPr>
      <w:r w:rsidRPr="00D74F55">
        <w:rPr>
          <w:rFonts w:ascii="Times New Roman" w:eastAsia="Times New Roman" w:hAnsi="Times New Roman"/>
          <w:i/>
          <w:color w:val="000000"/>
          <w:lang w:val="it-IT"/>
        </w:rPr>
        <w:t>Fac-simile per amministrazioni ed enti richiedenti</w:t>
      </w:r>
    </w:p>
    <w:p w14:paraId="57CA1FD4" w14:textId="77777777" w:rsidR="00E505D3" w:rsidRPr="00D74F55" w:rsidRDefault="00E505D3" w:rsidP="00E505D3">
      <w:pPr>
        <w:jc w:val="right"/>
        <w:rPr>
          <w:lang w:val="it-IT"/>
        </w:rPr>
      </w:pPr>
      <w:r w:rsidRPr="00D74F55">
        <w:rPr>
          <w:rFonts w:ascii="Times New Roman" w:eastAsia="Times New Roman" w:hAnsi="Times New Roman"/>
          <w:color w:val="000000"/>
          <w:sz w:val="22"/>
          <w:lang w:val="it-IT"/>
        </w:rPr>
        <w:t>Alla Commissione di Certificazione</w:t>
      </w:r>
      <w:r w:rsidRPr="00D74F55">
        <w:rPr>
          <w:rFonts w:ascii="Times New Roman" w:eastAsia="Times New Roman" w:hAnsi="Times New Roman"/>
          <w:color w:val="000000"/>
          <w:sz w:val="22"/>
          <w:lang w:val="it-IT"/>
        </w:rPr>
        <w:br/>
        <w:t>dei contratti di lavoro</w:t>
      </w:r>
      <w:r w:rsidRPr="00D74F55">
        <w:rPr>
          <w:rFonts w:ascii="Times New Roman" w:eastAsia="Times New Roman" w:hAnsi="Times New Roman"/>
          <w:color w:val="000000"/>
          <w:sz w:val="22"/>
          <w:lang w:val="it-IT"/>
        </w:rPr>
        <w:br/>
        <w:t>Dipartimento di Scienze Giuridiche</w:t>
      </w:r>
      <w:r w:rsidRPr="00D74F55">
        <w:rPr>
          <w:rFonts w:ascii="Times New Roman" w:eastAsia="Times New Roman" w:hAnsi="Times New Roman"/>
          <w:color w:val="000000"/>
          <w:sz w:val="22"/>
          <w:lang w:val="it-IT"/>
        </w:rPr>
        <w:br/>
        <w:t>Università degli Studi di Firenze</w:t>
      </w:r>
      <w:r w:rsidRPr="00D74F55">
        <w:rPr>
          <w:rFonts w:ascii="Times New Roman" w:eastAsia="Times New Roman" w:hAnsi="Times New Roman"/>
          <w:color w:val="000000"/>
          <w:sz w:val="22"/>
          <w:lang w:val="it-IT"/>
        </w:rPr>
        <w:br/>
        <w:t>Via delle Pandette n. 32 - 50127 Firenze</w:t>
      </w:r>
    </w:p>
    <w:p w14:paraId="041236AF" w14:textId="11D8C983" w:rsidR="000A2D45" w:rsidRPr="00E72CA7" w:rsidRDefault="00E505D3">
      <w:pPr>
        <w:rPr>
          <w:lang w:val="it-IT"/>
        </w:rPr>
      </w:pPr>
      <w:r>
        <w:rPr>
          <w:i/>
          <w:color w:val="5A5A5A"/>
          <w:sz w:val="20"/>
          <w:lang w:val="it-IT"/>
        </w:rPr>
        <w:t xml:space="preserve"> </w:t>
      </w:r>
    </w:p>
    <w:p w14:paraId="49C89578" w14:textId="77777777" w:rsidR="000A2D45" w:rsidRPr="00E505D3" w:rsidRDefault="00000000">
      <w:pPr>
        <w:pStyle w:val="SectionCustom"/>
        <w:keepNext/>
        <w:spacing w:before="160" w:after="80"/>
        <w:rPr>
          <w:rFonts w:ascii="Times New Roman" w:hAnsi="Times New Roman" w:cs="Times New Roman"/>
          <w:color w:val="auto"/>
          <w:sz w:val="22"/>
        </w:rPr>
      </w:pPr>
      <w:r w:rsidRPr="00E505D3">
        <w:rPr>
          <w:rFonts w:ascii="Times New Roman" w:hAnsi="Times New Roman" w:cs="Times New Roman"/>
          <w:color w:val="auto"/>
          <w:sz w:val="22"/>
        </w:rPr>
        <w:t>1. AMMINISTRAZIONE / ENTE RICHIEDENTE</w:t>
      </w:r>
    </w:p>
    <w:tbl>
      <w:tblPr>
        <w:tblW w:w="0" w:type="auto"/>
        <w:jc w:val="center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  <w:tblLayout w:type="fixed"/>
        <w:tblLook w:val="04A0" w:firstRow="1" w:lastRow="0" w:firstColumn="1" w:lastColumn="0" w:noHBand="0" w:noVBand="1"/>
      </w:tblPr>
      <w:tblGrid>
        <w:gridCol w:w="5083"/>
        <w:gridCol w:w="5083"/>
      </w:tblGrid>
      <w:tr w:rsidR="000A2D45" w:rsidRPr="00E505D3" w14:paraId="2687C249" w14:textId="77777777">
        <w:trPr>
          <w:jc w:val="center"/>
        </w:trPr>
        <w:tc>
          <w:tcPr>
            <w:tcW w:w="5083" w:type="dxa"/>
            <w:shd w:val="clear" w:color="auto" w:fill="E9EF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F1AE86A" w14:textId="77777777" w:rsidR="000A2D45" w:rsidRPr="00E505D3" w:rsidRDefault="00000000">
            <w:pPr>
              <w:rPr>
                <w:rFonts w:ascii="Times New Roman" w:hAnsi="Times New Roman" w:cs="Times New Roman"/>
                <w:sz w:val="22"/>
              </w:rPr>
            </w:pPr>
            <w:r w:rsidRPr="00E505D3">
              <w:rPr>
                <w:rFonts w:ascii="Times New Roman" w:hAnsi="Times New Roman" w:cs="Times New Roman"/>
                <w:b/>
                <w:sz w:val="22"/>
              </w:rPr>
              <w:t>Denominazione</w:t>
            </w:r>
          </w:p>
        </w:tc>
        <w:tc>
          <w:tcPr>
            <w:tcW w:w="5083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652EE2B" w14:textId="42A46419" w:rsidR="000A2D45" w:rsidRPr="00E505D3" w:rsidRDefault="00000000">
            <w:pPr>
              <w:rPr>
                <w:rFonts w:ascii="Times New Roman" w:hAnsi="Times New Roman" w:cs="Times New Roman"/>
                <w:sz w:val="22"/>
              </w:rPr>
            </w:pPr>
            <w:r w:rsidRPr="00E505D3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0A2D45" w:rsidRPr="00E505D3" w14:paraId="4681A523" w14:textId="77777777">
        <w:trPr>
          <w:jc w:val="center"/>
        </w:trPr>
        <w:tc>
          <w:tcPr>
            <w:tcW w:w="5083" w:type="dxa"/>
            <w:shd w:val="clear" w:color="auto" w:fill="E9EF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1353C1E" w14:textId="77777777" w:rsidR="000A2D45" w:rsidRPr="00E505D3" w:rsidRDefault="00000000">
            <w:pPr>
              <w:rPr>
                <w:rFonts w:ascii="Times New Roman" w:hAnsi="Times New Roman" w:cs="Times New Roman"/>
                <w:sz w:val="22"/>
              </w:rPr>
            </w:pPr>
            <w:r w:rsidRPr="00E505D3">
              <w:rPr>
                <w:rFonts w:ascii="Times New Roman" w:hAnsi="Times New Roman" w:cs="Times New Roman"/>
                <w:b/>
                <w:sz w:val="22"/>
              </w:rPr>
              <w:t>Sede legale</w:t>
            </w:r>
          </w:p>
        </w:tc>
        <w:tc>
          <w:tcPr>
            <w:tcW w:w="5083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2501D52" w14:textId="37A0EA86" w:rsidR="000A2D45" w:rsidRPr="00E505D3" w:rsidRDefault="000A2D4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0A2D45" w:rsidRPr="00E505D3" w14:paraId="10770E8C" w14:textId="77777777">
        <w:trPr>
          <w:jc w:val="center"/>
        </w:trPr>
        <w:tc>
          <w:tcPr>
            <w:tcW w:w="5083" w:type="dxa"/>
            <w:shd w:val="clear" w:color="auto" w:fill="E9EF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6A8FB17" w14:textId="77777777" w:rsidR="000A2D45" w:rsidRPr="00E505D3" w:rsidRDefault="00000000">
            <w:pPr>
              <w:rPr>
                <w:rFonts w:ascii="Times New Roman" w:hAnsi="Times New Roman" w:cs="Times New Roman"/>
                <w:sz w:val="22"/>
              </w:rPr>
            </w:pPr>
            <w:r w:rsidRPr="00E505D3">
              <w:rPr>
                <w:rFonts w:ascii="Times New Roman" w:hAnsi="Times New Roman" w:cs="Times New Roman"/>
                <w:b/>
                <w:sz w:val="22"/>
              </w:rPr>
              <w:t>Codice fiscale / P. IVA</w:t>
            </w:r>
          </w:p>
        </w:tc>
        <w:tc>
          <w:tcPr>
            <w:tcW w:w="5083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BB59738" w14:textId="695F91AB" w:rsidR="000A2D45" w:rsidRPr="00E505D3" w:rsidRDefault="00000000">
            <w:pPr>
              <w:rPr>
                <w:rFonts w:ascii="Times New Roman" w:hAnsi="Times New Roman" w:cs="Times New Roman"/>
                <w:sz w:val="22"/>
              </w:rPr>
            </w:pPr>
            <w:r w:rsidRPr="00E505D3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0A2D45" w:rsidRPr="00E505D3" w14:paraId="5595F4B9" w14:textId="77777777">
        <w:trPr>
          <w:jc w:val="center"/>
        </w:trPr>
        <w:tc>
          <w:tcPr>
            <w:tcW w:w="5083" w:type="dxa"/>
            <w:shd w:val="clear" w:color="auto" w:fill="E9EF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275C41C" w14:textId="77777777" w:rsidR="000A2D45" w:rsidRPr="00E505D3" w:rsidRDefault="00000000">
            <w:pPr>
              <w:rPr>
                <w:rFonts w:ascii="Times New Roman" w:hAnsi="Times New Roman" w:cs="Times New Roman"/>
                <w:sz w:val="22"/>
              </w:rPr>
            </w:pPr>
            <w:r w:rsidRPr="00E505D3">
              <w:rPr>
                <w:rFonts w:ascii="Times New Roman" w:hAnsi="Times New Roman" w:cs="Times New Roman"/>
                <w:b/>
                <w:sz w:val="22"/>
              </w:rPr>
              <w:t>PEC</w:t>
            </w:r>
          </w:p>
        </w:tc>
        <w:tc>
          <w:tcPr>
            <w:tcW w:w="5083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AF1494D" w14:textId="126435B9" w:rsidR="000A2D45" w:rsidRPr="00E505D3" w:rsidRDefault="000A2D45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0A2D45" w:rsidRPr="00E505D3" w14:paraId="4FD317E7" w14:textId="77777777">
        <w:trPr>
          <w:jc w:val="center"/>
        </w:trPr>
        <w:tc>
          <w:tcPr>
            <w:tcW w:w="5083" w:type="dxa"/>
            <w:shd w:val="clear" w:color="auto" w:fill="E9EFF5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4DA50AB" w14:textId="77777777" w:rsidR="000A2D45" w:rsidRPr="00E505D3" w:rsidRDefault="00000000">
            <w:pPr>
              <w:rPr>
                <w:rFonts w:ascii="Times New Roman" w:hAnsi="Times New Roman" w:cs="Times New Roman"/>
                <w:sz w:val="22"/>
              </w:rPr>
            </w:pPr>
            <w:r w:rsidRPr="00E505D3">
              <w:rPr>
                <w:rFonts w:ascii="Times New Roman" w:hAnsi="Times New Roman" w:cs="Times New Roman"/>
                <w:b/>
                <w:sz w:val="22"/>
              </w:rPr>
              <w:t>Ufficio o struttura richiedente</w:t>
            </w:r>
          </w:p>
        </w:tc>
        <w:tc>
          <w:tcPr>
            <w:tcW w:w="5083" w:type="dxa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655ACCC" w14:textId="296DC390" w:rsidR="000A2D45" w:rsidRPr="00E505D3" w:rsidRDefault="00000000">
            <w:pPr>
              <w:rPr>
                <w:rFonts w:ascii="Times New Roman" w:hAnsi="Times New Roman" w:cs="Times New Roman"/>
                <w:sz w:val="22"/>
              </w:rPr>
            </w:pPr>
            <w:r w:rsidRPr="00E505D3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</w:tbl>
    <w:p w14:paraId="7048D441" w14:textId="77777777" w:rsidR="000A2D45" w:rsidRPr="00E505D3" w:rsidRDefault="00000000">
      <w:pPr>
        <w:pStyle w:val="SectionCustom"/>
        <w:keepNext/>
        <w:spacing w:before="160" w:after="80"/>
        <w:rPr>
          <w:rFonts w:ascii="Times New Roman" w:hAnsi="Times New Roman" w:cs="Times New Roman"/>
          <w:color w:val="auto"/>
          <w:sz w:val="22"/>
        </w:rPr>
      </w:pPr>
      <w:r w:rsidRPr="00E505D3">
        <w:rPr>
          <w:rFonts w:ascii="Times New Roman" w:hAnsi="Times New Roman" w:cs="Times New Roman"/>
          <w:color w:val="auto"/>
          <w:sz w:val="22"/>
        </w:rPr>
        <w:t>2. SOGGETTO CHE PRESENTA L’ISTANZA</w:t>
      </w:r>
    </w:p>
    <w:p w14:paraId="3503AB90" w14:textId="77777777" w:rsidR="000A2D45" w:rsidRPr="00E505D3" w:rsidRDefault="00000000">
      <w:pPr>
        <w:spacing w:after="80"/>
        <w:rPr>
          <w:rFonts w:ascii="Times New Roman" w:hAnsi="Times New Roman" w:cs="Times New Roman"/>
          <w:sz w:val="22"/>
        </w:rPr>
      </w:pPr>
      <w:r w:rsidRPr="00E505D3">
        <w:rPr>
          <w:rFonts w:ascii="Times New Roman" w:hAnsi="Times New Roman" w:cs="Times New Roman"/>
          <w:b/>
          <w:sz w:val="22"/>
        </w:rPr>
        <w:t xml:space="preserve">Il/La sottoscritto/a </w:t>
      </w:r>
      <w:r w:rsidRPr="00E505D3">
        <w:rPr>
          <w:rFonts w:ascii="Times New Roman" w:hAnsi="Times New Roman" w:cs="Times New Roman"/>
          <w:sz w:val="22"/>
        </w:rPr>
        <w:t>______________________________________________________________</w:t>
      </w:r>
    </w:p>
    <w:p w14:paraId="68D98728" w14:textId="77777777" w:rsidR="000A2D45" w:rsidRPr="00E505D3" w:rsidRDefault="00000000">
      <w:pPr>
        <w:spacing w:after="80"/>
        <w:rPr>
          <w:rFonts w:ascii="Times New Roman" w:hAnsi="Times New Roman" w:cs="Times New Roman"/>
          <w:sz w:val="22"/>
          <w:lang w:val="it-IT"/>
        </w:rPr>
      </w:pPr>
      <w:r w:rsidRPr="00E505D3">
        <w:rPr>
          <w:rFonts w:ascii="Times New Roman" w:hAnsi="Times New Roman" w:cs="Times New Roman"/>
          <w:b/>
          <w:sz w:val="22"/>
          <w:lang w:val="it-IT"/>
        </w:rPr>
        <w:t xml:space="preserve">Nato/a </w:t>
      </w:r>
      <w:proofErr w:type="spellStart"/>
      <w:r w:rsidRPr="00E505D3">
        <w:rPr>
          <w:rFonts w:ascii="Times New Roman" w:hAnsi="Times New Roman" w:cs="Times New Roman"/>
          <w:b/>
          <w:sz w:val="22"/>
          <w:lang w:val="it-IT"/>
        </w:rPr>
        <w:t>a</w:t>
      </w:r>
      <w:proofErr w:type="spellEnd"/>
      <w:r w:rsidRPr="00E505D3">
        <w:rPr>
          <w:rFonts w:ascii="Times New Roman" w:hAnsi="Times New Roman" w:cs="Times New Roman"/>
          <w:b/>
          <w:sz w:val="22"/>
          <w:lang w:val="it-IT"/>
        </w:rPr>
        <w:t xml:space="preserve"> e data di nascita </w:t>
      </w:r>
      <w:r w:rsidRPr="00E505D3">
        <w:rPr>
          <w:rFonts w:ascii="Times New Roman" w:hAnsi="Times New Roman" w:cs="Times New Roman"/>
          <w:sz w:val="22"/>
          <w:lang w:val="it-IT"/>
        </w:rPr>
        <w:t>______________________________________________________________</w:t>
      </w:r>
    </w:p>
    <w:p w14:paraId="7C22ED2F" w14:textId="77777777" w:rsidR="000A2D45" w:rsidRPr="00E505D3" w:rsidRDefault="00000000">
      <w:pPr>
        <w:spacing w:after="80"/>
        <w:rPr>
          <w:rFonts w:ascii="Times New Roman" w:hAnsi="Times New Roman" w:cs="Times New Roman"/>
          <w:sz w:val="22"/>
          <w:lang w:val="it-IT"/>
        </w:rPr>
      </w:pPr>
      <w:r w:rsidRPr="00E505D3">
        <w:rPr>
          <w:rFonts w:ascii="Times New Roman" w:hAnsi="Times New Roman" w:cs="Times New Roman"/>
          <w:b/>
          <w:sz w:val="22"/>
          <w:lang w:val="it-IT"/>
        </w:rPr>
        <w:t xml:space="preserve">Codice fiscale </w:t>
      </w:r>
      <w:r w:rsidRPr="00E505D3">
        <w:rPr>
          <w:rFonts w:ascii="Times New Roman" w:hAnsi="Times New Roman" w:cs="Times New Roman"/>
          <w:sz w:val="22"/>
          <w:lang w:val="it-IT"/>
        </w:rPr>
        <w:t>______________________________________________________________</w:t>
      </w:r>
    </w:p>
    <w:p w14:paraId="62F2143D" w14:textId="77777777" w:rsidR="000A2D45" w:rsidRPr="00E505D3" w:rsidRDefault="00000000">
      <w:pPr>
        <w:spacing w:after="80"/>
        <w:rPr>
          <w:rFonts w:ascii="Times New Roman" w:hAnsi="Times New Roman" w:cs="Times New Roman"/>
          <w:sz w:val="22"/>
          <w:lang w:val="it-IT"/>
        </w:rPr>
      </w:pPr>
      <w:r w:rsidRPr="00E505D3">
        <w:rPr>
          <w:rFonts w:ascii="Times New Roman" w:hAnsi="Times New Roman" w:cs="Times New Roman"/>
          <w:b/>
          <w:sz w:val="22"/>
          <w:lang w:val="it-IT"/>
        </w:rPr>
        <w:t xml:space="preserve">In qualità di </w:t>
      </w:r>
      <w:r w:rsidRPr="00E505D3">
        <w:rPr>
          <w:rFonts w:ascii="Times New Roman" w:hAnsi="Times New Roman" w:cs="Times New Roman"/>
          <w:sz w:val="22"/>
          <w:lang w:val="it-IT"/>
        </w:rPr>
        <w:t>______________________________________________________________</w:t>
      </w:r>
    </w:p>
    <w:p w14:paraId="7BFF6536" w14:textId="77777777" w:rsidR="000A2D45" w:rsidRPr="00E505D3" w:rsidRDefault="00000000">
      <w:pPr>
        <w:spacing w:after="80"/>
        <w:rPr>
          <w:rFonts w:ascii="Times New Roman" w:hAnsi="Times New Roman" w:cs="Times New Roman"/>
          <w:sz w:val="22"/>
          <w:lang w:val="it-IT"/>
        </w:rPr>
      </w:pPr>
      <w:r w:rsidRPr="00E505D3">
        <w:rPr>
          <w:rFonts w:ascii="Times New Roman" w:hAnsi="Times New Roman" w:cs="Times New Roman"/>
          <w:b/>
          <w:sz w:val="22"/>
          <w:lang w:val="it-IT"/>
        </w:rPr>
        <w:t xml:space="preserve">Recapito telefonico </w:t>
      </w:r>
      <w:r w:rsidRPr="00E505D3">
        <w:rPr>
          <w:rFonts w:ascii="Times New Roman" w:hAnsi="Times New Roman" w:cs="Times New Roman"/>
          <w:sz w:val="22"/>
          <w:lang w:val="it-IT"/>
        </w:rPr>
        <w:t>______________________________________________________________</w:t>
      </w:r>
    </w:p>
    <w:p w14:paraId="0FDACEE4" w14:textId="77777777" w:rsidR="000A2D45" w:rsidRPr="00E505D3" w:rsidRDefault="00000000">
      <w:pPr>
        <w:spacing w:after="80"/>
        <w:rPr>
          <w:rFonts w:ascii="Times New Roman" w:hAnsi="Times New Roman" w:cs="Times New Roman"/>
          <w:sz w:val="22"/>
          <w:lang w:val="it-IT"/>
        </w:rPr>
      </w:pPr>
      <w:r w:rsidRPr="00E505D3">
        <w:rPr>
          <w:rFonts w:ascii="Times New Roman" w:hAnsi="Times New Roman" w:cs="Times New Roman"/>
          <w:b/>
          <w:sz w:val="22"/>
          <w:lang w:val="it-IT"/>
        </w:rPr>
        <w:t xml:space="preserve">E-mail / PEC </w:t>
      </w:r>
      <w:r w:rsidRPr="00E505D3">
        <w:rPr>
          <w:rFonts w:ascii="Times New Roman" w:hAnsi="Times New Roman" w:cs="Times New Roman"/>
          <w:sz w:val="22"/>
          <w:lang w:val="it-IT"/>
        </w:rPr>
        <w:t>______________________________________________________________</w:t>
      </w:r>
    </w:p>
    <w:p w14:paraId="583FC77C" w14:textId="031631E1" w:rsidR="000A2D45" w:rsidRPr="00E505D3" w:rsidRDefault="00000000" w:rsidP="00E72CA7">
      <w:pPr>
        <w:pStyle w:val="SectionCustom"/>
        <w:keepNext/>
        <w:spacing w:before="160" w:after="80"/>
        <w:jc w:val="center"/>
        <w:rPr>
          <w:rFonts w:ascii="Times New Roman" w:hAnsi="Times New Roman" w:cs="Times New Roman"/>
          <w:color w:val="auto"/>
          <w:sz w:val="22"/>
          <w:lang w:val="it-IT"/>
        </w:rPr>
      </w:pPr>
      <w:r w:rsidRPr="00E505D3">
        <w:rPr>
          <w:rFonts w:ascii="Times New Roman" w:hAnsi="Times New Roman" w:cs="Times New Roman"/>
          <w:color w:val="auto"/>
          <w:sz w:val="22"/>
          <w:lang w:val="it-IT"/>
        </w:rPr>
        <w:t>PREMESSO CHE</w:t>
      </w:r>
    </w:p>
    <w:p w14:paraId="21D4C4E7" w14:textId="1D6878EA" w:rsidR="000A2D45" w:rsidRPr="00E505D3" w:rsidRDefault="00E72CA7" w:rsidP="00E505D3">
      <w:pPr>
        <w:ind w:left="259" w:hanging="259"/>
        <w:jc w:val="both"/>
        <w:rPr>
          <w:rFonts w:ascii="Times New Roman" w:hAnsi="Times New Roman" w:cs="Times New Roman"/>
          <w:sz w:val="22"/>
          <w:lang w:val="it-IT"/>
        </w:rPr>
      </w:pPr>
      <w:r w:rsidRPr="00E505D3">
        <w:rPr>
          <w:rFonts w:ascii="Times New Roman" w:hAnsi="Times New Roman" w:cs="Times New Roman"/>
          <w:b/>
          <w:sz w:val="22"/>
          <w:lang w:val="it-IT"/>
        </w:rPr>
        <w:t xml:space="preserve">- </w:t>
      </w:r>
      <w:r w:rsidR="00000000" w:rsidRPr="00E505D3">
        <w:rPr>
          <w:rFonts w:ascii="Times New Roman" w:hAnsi="Times New Roman" w:cs="Times New Roman"/>
          <w:b/>
          <w:sz w:val="22"/>
          <w:lang w:val="it-IT"/>
        </w:rPr>
        <w:t xml:space="preserve"> </w:t>
      </w:r>
      <w:r w:rsidR="00000000" w:rsidRPr="00E505D3">
        <w:rPr>
          <w:rFonts w:ascii="Times New Roman" w:hAnsi="Times New Roman" w:cs="Times New Roman"/>
          <w:sz w:val="22"/>
          <w:lang w:val="it-IT"/>
        </w:rPr>
        <w:t>l’Amministrazione / Ente richiedente, nell’ambito delle proprie attività istituzionali e dei procedimenti di competenza, può avere necessità di acquisire un supporto tecnico-specialistico su questioni attinenti al diritto del lavoro, alla contrattazione collettiva e alle materie connesse;</w:t>
      </w:r>
    </w:p>
    <w:p w14:paraId="7A92981F" w14:textId="35147561" w:rsidR="000A2D45" w:rsidRPr="00E505D3" w:rsidRDefault="00E72CA7" w:rsidP="00E505D3">
      <w:pPr>
        <w:ind w:left="259" w:hanging="259"/>
        <w:jc w:val="both"/>
        <w:rPr>
          <w:rFonts w:ascii="Times New Roman" w:hAnsi="Times New Roman" w:cs="Times New Roman"/>
          <w:sz w:val="22"/>
          <w:lang w:val="it-IT"/>
        </w:rPr>
      </w:pPr>
      <w:r w:rsidRPr="00E505D3">
        <w:rPr>
          <w:rFonts w:ascii="Times New Roman" w:hAnsi="Times New Roman" w:cs="Times New Roman"/>
          <w:b/>
          <w:sz w:val="22"/>
          <w:lang w:val="it-IT"/>
        </w:rPr>
        <w:t xml:space="preserve">- </w:t>
      </w:r>
      <w:r w:rsidR="00000000" w:rsidRPr="00E505D3">
        <w:rPr>
          <w:rFonts w:ascii="Times New Roman" w:hAnsi="Times New Roman" w:cs="Times New Roman"/>
          <w:sz w:val="22"/>
          <w:lang w:val="it-IT"/>
        </w:rPr>
        <w:t>tale supporto è finalizzato ad agevolare l’istruttoria e le valutazioni di competenza dell’Amministrazione / Ente richiedente, senza sostituirsi ai poteri decisionali e alle responsabilità ad esso attribuiti;</w:t>
      </w:r>
    </w:p>
    <w:p w14:paraId="64E2E508" w14:textId="33E49B04" w:rsidR="000A2D45" w:rsidRPr="00E505D3" w:rsidRDefault="00E72CA7" w:rsidP="00E505D3">
      <w:pPr>
        <w:ind w:left="259" w:hanging="259"/>
        <w:jc w:val="both"/>
        <w:rPr>
          <w:rFonts w:ascii="Times New Roman" w:hAnsi="Times New Roman" w:cs="Times New Roman"/>
          <w:sz w:val="22"/>
          <w:lang w:val="it-IT"/>
        </w:rPr>
      </w:pPr>
      <w:r w:rsidRPr="00E505D3">
        <w:rPr>
          <w:rFonts w:ascii="Times New Roman" w:hAnsi="Times New Roman" w:cs="Times New Roman"/>
          <w:b/>
          <w:sz w:val="22"/>
          <w:lang w:val="it-IT"/>
        </w:rPr>
        <w:lastRenderedPageBreak/>
        <w:t xml:space="preserve">- </w:t>
      </w:r>
      <w:r w:rsidR="00000000" w:rsidRPr="00E505D3">
        <w:rPr>
          <w:rFonts w:ascii="Times New Roman" w:hAnsi="Times New Roman" w:cs="Times New Roman"/>
          <w:sz w:val="22"/>
          <w:lang w:val="it-IT"/>
        </w:rPr>
        <w:t>la questione sottoposta richiede un approfondimento tecnico-giuridico sulla base della documentazione che sarà trasmessa.</w:t>
      </w:r>
    </w:p>
    <w:p w14:paraId="13DD7841" w14:textId="77777777" w:rsidR="00E72CA7" w:rsidRPr="00E505D3" w:rsidRDefault="00E72CA7">
      <w:pPr>
        <w:ind w:left="259" w:hanging="259"/>
        <w:rPr>
          <w:rFonts w:ascii="Times New Roman" w:hAnsi="Times New Roman" w:cs="Times New Roman"/>
          <w:sz w:val="22"/>
          <w:lang w:val="it-IT"/>
        </w:rPr>
      </w:pPr>
    </w:p>
    <w:p w14:paraId="6F7942D6" w14:textId="77777777" w:rsidR="000A2D45" w:rsidRPr="00E505D3" w:rsidRDefault="00000000">
      <w:pPr>
        <w:rPr>
          <w:rFonts w:ascii="Times New Roman" w:hAnsi="Times New Roman" w:cs="Times New Roman"/>
          <w:sz w:val="22"/>
          <w:lang w:val="it-IT"/>
        </w:rPr>
      </w:pPr>
      <w:r w:rsidRPr="00E505D3">
        <w:rPr>
          <w:rFonts w:ascii="Times New Roman" w:hAnsi="Times New Roman" w:cs="Times New Roman"/>
          <w:b/>
          <w:sz w:val="22"/>
          <w:lang w:val="it-IT"/>
        </w:rPr>
        <w:t>Eventuali ulteriori premesse riferite al caso concreto:</w:t>
      </w:r>
    </w:p>
    <w:p w14:paraId="75D12B8D" w14:textId="1F4C4139" w:rsidR="000A2D45" w:rsidRDefault="00E505D3">
      <w:pPr>
        <w:rPr>
          <w:rFonts w:ascii="Times New Roman" w:hAnsi="Times New Roman" w:cs="Times New Roman"/>
          <w:sz w:val="22"/>
          <w:lang w:val="it-IT"/>
        </w:rPr>
      </w:pPr>
      <w:r>
        <w:rPr>
          <w:rFonts w:ascii="Times New Roman" w:hAnsi="Times New Roman" w:cs="Times New Roman"/>
          <w:sz w:val="22"/>
          <w:lang w:val="it-IT"/>
        </w:rPr>
        <w:t xml:space="preserve"> </w:t>
      </w:r>
    </w:p>
    <w:p w14:paraId="7A2B6597" w14:textId="77777777" w:rsidR="00E505D3" w:rsidRDefault="00E505D3">
      <w:pPr>
        <w:rPr>
          <w:rFonts w:ascii="Times New Roman" w:hAnsi="Times New Roman" w:cs="Times New Roman"/>
          <w:sz w:val="22"/>
          <w:lang w:val="it-IT"/>
        </w:rPr>
      </w:pPr>
    </w:p>
    <w:p w14:paraId="1341A756" w14:textId="77777777" w:rsidR="00E505D3" w:rsidRDefault="00E505D3">
      <w:pPr>
        <w:rPr>
          <w:rFonts w:ascii="Times New Roman" w:hAnsi="Times New Roman" w:cs="Times New Roman"/>
          <w:sz w:val="22"/>
          <w:lang w:val="it-IT"/>
        </w:rPr>
      </w:pPr>
    </w:p>
    <w:p w14:paraId="72BF5CC9" w14:textId="77777777" w:rsidR="00E505D3" w:rsidRDefault="00E505D3">
      <w:pPr>
        <w:rPr>
          <w:rFonts w:ascii="Times New Roman" w:hAnsi="Times New Roman" w:cs="Times New Roman"/>
          <w:sz w:val="22"/>
          <w:lang w:val="it-IT"/>
        </w:rPr>
      </w:pPr>
    </w:p>
    <w:p w14:paraId="60883DDA" w14:textId="77777777" w:rsidR="00E505D3" w:rsidRPr="00E505D3" w:rsidRDefault="00E505D3">
      <w:pPr>
        <w:rPr>
          <w:rFonts w:ascii="Times New Roman" w:hAnsi="Times New Roman" w:cs="Times New Roman"/>
          <w:sz w:val="22"/>
          <w:lang w:val="it-IT"/>
        </w:rPr>
      </w:pPr>
    </w:p>
    <w:p w14:paraId="7480B5DB" w14:textId="67898996" w:rsidR="000A2D45" w:rsidRPr="00E505D3" w:rsidRDefault="00000000" w:rsidP="00E72CA7">
      <w:pPr>
        <w:pStyle w:val="SectionCustom"/>
        <w:keepNext/>
        <w:spacing w:before="160" w:after="80"/>
        <w:jc w:val="center"/>
        <w:rPr>
          <w:rFonts w:ascii="Times New Roman" w:hAnsi="Times New Roman" w:cs="Times New Roman"/>
          <w:color w:val="auto"/>
          <w:sz w:val="22"/>
          <w:lang w:val="it-IT"/>
        </w:rPr>
      </w:pPr>
      <w:r w:rsidRPr="00E505D3">
        <w:rPr>
          <w:rFonts w:ascii="Times New Roman" w:hAnsi="Times New Roman" w:cs="Times New Roman"/>
          <w:color w:val="auto"/>
          <w:sz w:val="22"/>
          <w:lang w:val="it-IT"/>
        </w:rPr>
        <w:t>CHIEDE</w:t>
      </w:r>
    </w:p>
    <w:p w14:paraId="08CD99A8" w14:textId="76B86BC5" w:rsidR="000A2D45" w:rsidRPr="00E505D3" w:rsidRDefault="00000000" w:rsidP="00E505D3">
      <w:pPr>
        <w:ind w:left="403" w:hanging="403"/>
        <w:jc w:val="both"/>
        <w:rPr>
          <w:rFonts w:ascii="Times New Roman" w:hAnsi="Times New Roman" w:cs="Times New Roman"/>
          <w:sz w:val="22"/>
          <w:lang w:val="it-IT"/>
        </w:rPr>
      </w:pPr>
      <w:r w:rsidRPr="00E505D3">
        <w:rPr>
          <w:rFonts w:ascii="Times New Roman" w:hAnsi="Times New Roman" w:cs="Times New Roman"/>
          <w:sz w:val="22"/>
          <w:lang w:val="it-IT"/>
        </w:rPr>
        <w:t>alla Commissione di voler attivare, per quanto di competenza, un’attività tecnico-istruttoria in relazione alle questioni che saranno sottoposte dall’Amministrazione / Ente richiedente;</w:t>
      </w:r>
    </w:p>
    <w:p w14:paraId="528C88B0" w14:textId="527D1A04" w:rsidR="000A2D45" w:rsidRPr="00E505D3" w:rsidRDefault="00000000" w:rsidP="00E505D3">
      <w:pPr>
        <w:ind w:left="403" w:hanging="403"/>
        <w:jc w:val="both"/>
        <w:rPr>
          <w:rFonts w:ascii="Times New Roman" w:hAnsi="Times New Roman" w:cs="Times New Roman"/>
          <w:sz w:val="22"/>
          <w:lang w:val="it-IT"/>
        </w:rPr>
      </w:pPr>
      <w:r w:rsidRPr="00E505D3">
        <w:rPr>
          <w:rFonts w:ascii="Times New Roman" w:hAnsi="Times New Roman" w:cs="Times New Roman"/>
          <w:sz w:val="22"/>
          <w:lang w:val="it-IT"/>
        </w:rPr>
        <w:t>che l’attività sia svolta sulla base della documentazione messa a disposizione e possa comprendere l’esame di problematiche inerenti ai rapporti di lavoro, l’analisi della disciplina della contrattazione collettiva, l’approfondimento di questioni interpretative relative alla normativa lavoristica e ogni altro approfondimento tecnico ritenuto pertinente;</w:t>
      </w:r>
    </w:p>
    <w:p w14:paraId="7464ACCA" w14:textId="7694A79A" w:rsidR="000A2D45" w:rsidRPr="00E505D3" w:rsidRDefault="00000000" w:rsidP="00E505D3">
      <w:pPr>
        <w:ind w:left="403" w:hanging="403"/>
        <w:jc w:val="both"/>
        <w:rPr>
          <w:rFonts w:ascii="Times New Roman" w:hAnsi="Times New Roman" w:cs="Times New Roman"/>
          <w:sz w:val="22"/>
          <w:lang w:val="it-IT"/>
        </w:rPr>
      </w:pPr>
      <w:r w:rsidRPr="00E505D3">
        <w:rPr>
          <w:rFonts w:ascii="Times New Roman" w:hAnsi="Times New Roman" w:cs="Times New Roman"/>
          <w:b/>
          <w:sz w:val="22"/>
          <w:lang w:val="it-IT"/>
        </w:rPr>
        <w:t xml:space="preserve"> </w:t>
      </w:r>
      <w:r w:rsidRPr="00E505D3">
        <w:rPr>
          <w:rFonts w:ascii="Times New Roman" w:hAnsi="Times New Roman" w:cs="Times New Roman"/>
          <w:sz w:val="22"/>
          <w:lang w:val="it-IT"/>
        </w:rPr>
        <w:t>che, ove richiesto o necessario in relazione alla natura dell’attività, gli esiti siano restituiti mediante un elaborato tecnico sintetico, utilizzabile nell’ambito dell’istruttoria amministrativa.</w:t>
      </w:r>
    </w:p>
    <w:tbl>
      <w:tblPr>
        <w:tblW w:w="0" w:type="auto"/>
        <w:jc w:val="center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  <w:tblLook w:val="04A0" w:firstRow="1" w:lastRow="0" w:firstColumn="1" w:lastColumn="0" w:noHBand="0" w:noVBand="1"/>
      </w:tblPr>
      <w:tblGrid>
        <w:gridCol w:w="10156"/>
      </w:tblGrid>
      <w:tr w:rsidR="000A2D45" w:rsidRPr="00E505D3" w14:paraId="6D2F4B1F" w14:textId="77777777">
        <w:trPr>
          <w:jc w:val="center"/>
        </w:trPr>
        <w:tc>
          <w:tcPr>
            <w:tcW w:w="10166" w:type="dxa"/>
            <w:shd w:val="clear" w:color="auto" w:fill="F5F7F9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5545ADF4" w14:textId="77777777" w:rsidR="000A2D45" w:rsidRPr="00E505D3" w:rsidRDefault="00000000">
            <w:pPr>
              <w:rPr>
                <w:rFonts w:ascii="Times New Roman" w:hAnsi="Times New Roman" w:cs="Times New Roman"/>
                <w:sz w:val="22"/>
                <w:lang w:val="it-IT"/>
              </w:rPr>
            </w:pPr>
            <w:r w:rsidRPr="00E505D3">
              <w:rPr>
                <w:rFonts w:ascii="Times New Roman" w:hAnsi="Times New Roman" w:cs="Times New Roman"/>
                <w:i/>
                <w:sz w:val="22"/>
                <w:lang w:val="it-IT"/>
              </w:rPr>
              <w:t>Le valutazioni espresse nell’ambito dell’attività tecnico-istruttoria hanno funzione di supporto e non sostituiscono gli atti, i poteri o le determinazioni riservati all’Amministrazione / Ente richiedente.</w:t>
            </w:r>
          </w:p>
        </w:tc>
      </w:tr>
    </w:tbl>
    <w:p w14:paraId="4A61CA2A" w14:textId="5F1069AB" w:rsidR="000A2D45" w:rsidRPr="00E505D3" w:rsidRDefault="00E72CA7">
      <w:pPr>
        <w:pStyle w:val="SectionCustom"/>
        <w:keepNext/>
        <w:spacing w:before="160" w:after="80"/>
        <w:rPr>
          <w:rFonts w:ascii="Times New Roman" w:hAnsi="Times New Roman" w:cs="Times New Roman"/>
          <w:color w:val="auto"/>
          <w:sz w:val="22"/>
          <w:lang w:val="it-IT"/>
        </w:rPr>
      </w:pPr>
      <w:r w:rsidRPr="00E505D3">
        <w:rPr>
          <w:rFonts w:ascii="Times New Roman" w:hAnsi="Times New Roman" w:cs="Times New Roman"/>
          <w:color w:val="auto"/>
          <w:sz w:val="22"/>
          <w:lang w:val="it-IT"/>
        </w:rPr>
        <w:t>3.</w:t>
      </w:r>
      <w:r w:rsidR="00000000" w:rsidRPr="00E505D3">
        <w:rPr>
          <w:rFonts w:ascii="Times New Roman" w:hAnsi="Times New Roman" w:cs="Times New Roman"/>
          <w:color w:val="auto"/>
          <w:sz w:val="22"/>
          <w:lang w:val="it-IT"/>
        </w:rPr>
        <w:t>OGGETTO SINTETICO DELLA RICHIESTA</w:t>
      </w:r>
    </w:p>
    <w:p w14:paraId="2495884C" w14:textId="187E03CA" w:rsidR="000A2D45" w:rsidRPr="00E505D3" w:rsidRDefault="00000000">
      <w:pPr>
        <w:rPr>
          <w:rFonts w:ascii="Times New Roman" w:hAnsi="Times New Roman" w:cs="Times New Roman"/>
          <w:sz w:val="22"/>
          <w:lang w:val="it-IT"/>
        </w:rPr>
      </w:pPr>
      <w:r w:rsidRPr="00E505D3">
        <w:rPr>
          <w:rFonts w:ascii="Times New Roman" w:hAnsi="Times New Roman" w:cs="Times New Roman"/>
          <w:b/>
          <w:sz w:val="22"/>
          <w:lang w:val="it-IT"/>
        </w:rPr>
        <w:t xml:space="preserve">Indicare in forma essenziale il </w:t>
      </w:r>
      <w:r w:rsidR="00E505D3">
        <w:rPr>
          <w:rFonts w:ascii="Times New Roman" w:hAnsi="Times New Roman" w:cs="Times New Roman"/>
          <w:b/>
          <w:sz w:val="22"/>
          <w:lang w:val="it-IT"/>
        </w:rPr>
        <w:t xml:space="preserve">QUESITO </w:t>
      </w:r>
      <w:r w:rsidRPr="00E505D3">
        <w:rPr>
          <w:rFonts w:ascii="Times New Roman" w:hAnsi="Times New Roman" w:cs="Times New Roman"/>
          <w:b/>
          <w:sz w:val="22"/>
          <w:lang w:val="it-IT"/>
        </w:rPr>
        <w:t>da sottoporre</w:t>
      </w:r>
    </w:p>
    <w:p w14:paraId="59701F03" w14:textId="239D8FAC" w:rsidR="000A2D45" w:rsidRDefault="00E505D3">
      <w:pPr>
        <w:rPr>
          <w:rFonts w:ascii="Times New Roman" w:hAnsi="Times New Roman" w:cs="Times New Roman"/>
          <w:sz w:val="22"/>
          <w:lang w:val="it-IT"/>
        </w:rPr>
      </w:pPr>
      <w:r>
        <w:rPr>
          <w:rFonts w:ascii="Times New Roman" w:hAnsi="Times New Roman" w:cs="Times New Roman"/>
          <w:sz w:val="22"/>
          <w:lang w:val="it-IT"/>
        </w:rPr>
        <w:t xml:space="preserve"> </w:t>
      </w:r>
    </w:p>
    <w:p w14:paraId="28C30708" w14:textId="77777777" w:rsidR="00E505D3" w:rsidRDefault="00E505D3">
      <w:pPr>
        <w:rPr>
          <w:rFonts w:ascii="Times New Roman" w:hAnsi="Times New Roman" w:cs="Times New Roman"/>
          <w:sz w:val="22"/>
          <w:lang w:val="it-IT"/>
        </w:rPr>
      </w:pPr>
    </w:p>
    <w:p w14:paraId="3D6291A7" w14:textId="48EA799F" w:rsidR="000A2D45" w:rsidRPr="00E505D3" w:rsidRDefault="00E72CA7">
      <w:pPr>
        <w:pStyle w:val="SectionCustom"/>
        <w:keepNext/>
        <w:spacing w:before="160" w:after="80"/>
        <w:rPr>
          <w:rFonts w:ascii="Times New Roman" w:hAnsi="Times New Roman" w:cs="Times New Roman"/>
          <w:color w:val="auto"/>
          <w:sz w:val="22"/>
          <w:lang w:val="it-IT"/>
        </w:rPr>
      </w:pPr>
      <w:r w:rsidRPr="00E505D3">
        <w:rPr>
          <w:rFonts w:ascii="Times New Roman" w:hAnsi="Times New Roman" w:cs="Times New Roman"/>
          <w:color w:val="auto"/>
          <w:sz w:val="22"/>
          <w:lang w:val="it-IT"/>
        </w:rPr>
        <w:t>4</w:t>
      </w:r>
      <w:r w:rsidR="00000000" w:rsidRPr="00E505D3">
        <w:rPr>
          <w:rFonts w:ascii="Times New Roman" w:hAnsi="Times New Roman" w:cs="Times New Roman"/>
          <w:color w:val="auto"/>
          <w:sz w:val="22"/>
          <w:lang w:val="it-IT"/>
        </w:rPr>
        <w:t>. MODALITÀ E TEMPI</w:t>
      </w:r>
    </w:p>
    <w:p w14:paraId="097A8C29" w14:textId="77777777" w:rsidR="000A2D45" w:rsidRPr="00E505D3" w:rsidRDefault="00000000">
      <w:pPr>
        <w:spacing w:after="80"/>
        <w:rPr>
          <w:rFonts w:ascii="Times New Roman" w:hAnsi="Times New Roman" w:cs="Times New Roman"/>
          <w:sz w:val="22"/>
          <w:lang w:val="it-IT"/>
        </w:rPr>
      </w:pPr>
      <w:r w:rsidRPr="00E505D3">
        <w:rPr>
          <w:rFonts w:ascii="Times New Roman" w:hAnsi="Times New Roman" w:cs="Times New Roman"/>
          <w:b/>
          <w:sz w:val="22"/>
          <w:lang w:val="it-IT"/>
        </w:rPr>
        <w:t xml:space="preserve">Termine entro il quale si richiede il riscontro </w:t>
      </w:r>
      <w:r w:rsidRPr="00E505D3">
        <w:rPr>
          <w:rFonts w:ascii="Times New Roman" w:hAnsi="Times New Roman" w:cs="Times New Roman"/>
          <w:sz w:val="22"/>
          <w:lang w:val="it-IT"/>
        </w:rPr>
        <w:t>__________________________________________________</w:t>
      </w:r>
    </w:p>
    <w:p w14:paraId="3D5FC83A" w14:textId="77777777" w:rsidR="000A2D45" w:rsidRPr="00E505D3" w:rsidRDefault="00000000">
      <w:pPr>
        <w:spacing w:after="80"/>
        <w:rPr>
          <w:rFonts w:ascii="Times New Roman" w:hAnsi="Times New Roman" w:cs="Times New Roman"/>
          <w:sz w:val="22"/>
          <w:lang w:val="it-IT"/>
        </w:rPr>
      </w:pPr>
      <w:r w:rsidRPr="00E505D3">
        <w:rPr>
          <w:rFonts w:ascii="Times New Roman" w:hAnsi="Times New Roman" w:cs="Times New Roman"/>
          <w:b/>
          <w:sz w:val="22"/>
          <w:lang w:val="it-IT"/>
        </w:rPr>
        <w:t xml:space="preserve">Referente operativo dell’Amministrazione / Ente </w:t>
      </w:r>
      <w:r w:rsidRPr="00E505D3">
        <w:rPr>
          <w:rFonts w:ascii="Times New Roman" w:hAnsi="Times New Roman" w:cs="Times New Roman"/>
          <w:sz w:val="22"/>
          <w:lang w:val="it-IT"/>
        </w:rPr>
        <w:t>__________________________________________________</w:t>
      </w:r>
    </w:p>
    <w:p w14:paraId="1E912FEA" w14:textId="77777777" w:rsidR="000A2D45" w:rsidRPr="00E505D3" w:rsidRDefault="00000000">
      <w:pPr>
        <w:spacing w:after="80"/>
        <w:rPr>
          <w:rFonts w:ascii="Times New Roman" w:hAnsi="Times New Roman" w:cs="Times New Roman"/>
          <w:sz w:val="22"/>
          <w:lang w:val="it-IT"/>
        </w:rPr>
      </w:pPr>
      <w:r w:rsidRPr="00E505D3">
        <w:rPr>
          <w:rFonts w:ascii="Times New Roman" w:hAnsi="Times New Roman" w:cs="Times New Roman"/>
          <w:b/>
          <w:sz w:val="22"/>
          <w:lang w:val="it-IT"/>
        </w:rPr>
        <w:t xml:space="preserve">Modalità preferita per le comunicazioni </w:t>
      </w:r>
      <w:r w:rsidRPr="00E505D3">
        <w:rPr>
          <w:rFonts w:ascii="Times New Roman" w:hAnsi="Times New Roman" w:cs="Times New Roman"/>
          <w:sz w:val="22"/>
          <w:lang w:val="it-IT"/>
        </w:rPr>
        <w:t>__________________________________________________</w:t>
      </w:r>
    </w:p>
    <w:p w14:paraId="42E7EB7D" w14:textId="28D609C3" w:rsidR="000A2D45" w:rsidRPr="00E505D3" w:rsidRDefault="00E72CA7">
      <w:pPr>
        <w:pStyle w:val="SectionCustom"/>
        <w:keepNext/>
        <w:spacing w:before="160" w:after="80"/>
        <w:rPr>
          <w:rFonts w:ascii="Times New Roman" w:hAnsi="Times New Roman" w:cs="Times New Roman"/>
          <w:color w:val="auto"/>
          <w:sz w:val="22"/>
          <w:lang w:val="it-IT"/>
        </w:rPr>
      </w:pPr>
      <w:r w:rsidRPr="00E505D3">
        <w:rPr>
          <w:rFonts w:ascii="Times New Roman" w:hAnsi="Times New Roman" w:cs="Times New Roman"/>
          <w:color w:val="auto"/>
          <w:sz w:val="22"/>
          <w:lang w:val="it-IT"/>
        </w:rPr>
        <w:t>5</w:t>
      </w:r>
      <w:r w:rsidR="00000000" w:rsidRPr="00E505D3">
        <w:rPr>
          <w:rFonts w:ascii="Times New Roman" w:hAnsi="Times New Roman" w:cs="Times New Roman"/>
          <w:color w:val="auto"/>
          <w:sz w:val="22"/>
          <w:lang w:val="it-IT"/>
        </w:rPr>
        <w:t>. DICHIARAZIONI DELL’ISTANTE</w:t>
      </w:r>
    </w:p>
    <w:p w14:paraId="5641FF30" w14:textId="77777777" w:rsidR="000A2D45" w:rsidRPr="00E505D3" w:rsidRDefault="00000000">
      <w:pPr>
        <w:ind w:left="288" w:hanging="288"/>
        <w:rPr>
          <w:rFonts w:ascii="Times New Roman" w:hAnsi="Times New Roman" w:cs="Times New Roman"/>
          <w:sz w:val="22"/>
          <w:lang w:val="it-IT"/>
        </w:rPr>
      </w:pPr>
      <w:r w:rsidRPr="00E505D3">
        <w:rPr>
          <w:rFonts w:ascii="Segoe UI Symbol" w:hAnsi="Segoe UI Symbol" w:cs="Segoe UI Symbol"/>
          <w:sz w:val="22"/>
          <w:lang w:val="it-IT"/>
        </w:rPr>
        <w:t>☐</w:t>
      </w:r>
      <w:r w:rsidRPr="00E505D3">
        <w:rPr>
          <w:rFonts w:ascii="Times New Roman" w:hAnsi="Times New Roman" w:cs="Times New Roman"/>
          <w:sz w:val="22"/>
          <w:lang w:val="it-IT"/>
        </w:rPr>
        <w:t xml:space="preserve"> di aver preso visione del Regolamento della Commissione e di accettarne le disposizioni applicabili;</w:t>
      </w:r>
    </w:p>
    <w:p w14:paraId="3CE7BA0A" w14:textId="77777777" w:rsidR="000A2D45" w:rsidRPr="00E505D3" w:rsidRDefault="00000000">
      <w:pPr>
        <w:ind w:left="288" w:hanging="288"/>
        <w:rPr>
          <w:rFonts w:ascii="Times New Roman" w:hAnsi="Times New Roman" w:cs="Times New Roman"/>
          <w:sz w:val="22"/>
          <w:lang w:val="it-IT"/>
        </w:rPr>
      </w:pPr>
      <w:r w:rsidRPr="00E505D3">
        <w:rPr>
          <w:rFonts w:ascii="Segoe UI Symbol" w:hAnsi="Segoe UI Symbol" w:cs="Segoe UI Symbol"/>
          <w:sz w:val="22"/>
          <w:lang w:val="it-IT"/>
        </w:rPr>
        <w:t>☐</w:t>
      </w:r>
      <w:r w:rsidRPr="00E505D3">
        <w:rPr>
          <w:rFonts w:ascii="Times New Roman" w:hAnsi="Times New Roman" w:cs="Times New Roman"/>
          <w:sz w:val="22"/>
          <w:lang w:val="it-IT"/>
        </w:rPr>
        <w:t xml:space="preserve"> di aver preso visione del tariffario vigente e di accettare il corrispettivo che sarà definito per l’attività richiesta;</w:t>
      </w:r>
    </w:p>
    <w:p w14:paraId="20D8F72A" w14:textId="77777777" w:rsidR="000A2D45" w:rsidRPr="00E505D3" w:rsidRDefault="00000000">
      <w:pPr>
        <w:ind w:left="288" w:hanging="288"/>
        <w:rPr>
          <w:rFonts w:ascii="Times New Roman" w:hAnsi="Times New Roman" w:cs="Times New Roman"/>
          <w:sz w:val="22"/>
          <w:lang w:val="it-IT"/>
        </w:rPr>
      </w:pPr>
      <w:r w:rsidRPr="00E505D3">
        <w:rPr>
          <w:rFonts w:ascii="Segoe UI Symbol" w:hAnsi="Segoe UI Symbol" w:cs="Segoe UI Symbol"/>
          <w:sz w:val="22"/>
          <w:lang w:val="it-IT"/>
        </w:rPr>
        <w:t>☐</w:t>
      </w:r>
      <w:r w:rsidRPr="00E505D3">
        <w:rPr>
          <w:rFonts w:ascii="Times New Roman" w:hAnsi="Times New Roman" w:cs="Times New Roman"/>
          <w:sz w:val="22"/>
          <w:lang w:val="it-IT"/>
        </w:rPr>
        <w:t xml:space="preserve"> che l’avvio dell’attività resta subordinato al perfezionamento degli atti amministrativi, contrattuali e contabili necessari;</w:t>
      </w:r>
    </w:p>
    <w:p w14:paraId="3E8EBE74" w14:textId="77777777" w:rsidR="000A2D45" w:rsidRPr="00E505D3" w:rsidRDefault="00000000">
      <w:pPr>
        <w:ind w:left="288" w:hanging="288"/>
        <w:rPr>
          <w:rFonts w:ascii="Times New Roman" w:hAnsi="Times New Roman" w:cs="Times New Roman"/>
          <w:sz w:val="22"/>
          <w:lang w:val="it-IT"/>
        </w:rPr>
      </w:pPr>
      <w:r w:rsidRPr="00E505D3">
        <w:rPr>
          <w:rFonts w:ascii="Segoe UI Symbol" w:hAnsi="Segoe UI Symbol" w:cs="Segoe UI Symbol"/>
          <w:sz w:val="22"/>
          <w:lang w:val="it-IT"/>
        </w:rPr>
        <w:t>☐</w:t>
      </w:r>
      <w:r w:rsidRPr="00E505D3">
        <w:rPr>
          <w:rFonts w:ascii="Times New Roman" w:hAnsi="Times New Roman" w:cs="Times New Roman"/>
          <w:sz w:val="22"/>
          <w:lang w:val="it-IT"/>
        </w:rPr>
        <w:t xml:space="preserve"> di impegnarsi al pagamento del corrispettivo dovuto secondo le modalità e i termini indicati nella documentazione amministrativa e contabile.</w:t>
      </w:r>
    </w:p>
    <w:p w14:paraId="052D4AD3" w14:textId="20A61507" w:rsidR="000A2D45" w:rsidRPr="00E505D3" w:rsidRDefault="00E72CA7">
      <w:pPr>
        <w:pStyle w:val="SectionCustom"/>
        <w:keepNext/>
        <w:spacing w:before="160" w:after="80"/>
        <w:rPr>
          <w:rFonts w:ascii="Times New Roman" w:hAnsi="Times New Roman" w:cs="Times New Roman"/>
          <w:color w:val="auto"/>
          <w:sz w:val="22"/>
        </w:rPr>
      </w:pPr>
      <w:r w:rsidRPr="00E505D3">
        <w:rPr>
          <w:rFonts w:ascii="Times New Roman" w:hAnsi="Times New Roman" w:cs="Times New Roman"/>
          <w:color w:val="auto"/>
          <w:sz w:val="22"/>
        </w:rPr>
        <w:lastRenderedPageBreak/>
        <w:t>6</w:t>
      </w:r>
      <w:r w:rsidR="00000000" w:rsidRPr="00E505D3">
        <w:rPr>
          <w:rFonts w:ascii="Times New Roman" w:hAnsi="Times New Roman" w:cs="Times New Roman"/>
          <w:color w:val="auto"/>
          <w:sz w:val="22"/>
        </w:rPr>
        <w:t>. DATI PER LA FATTURAZIONE</w:t>
      </w:r>
    </w:p>
    <w:tbl>
      <w:tblPr>
        <w:tblW w:w="0" w:type="auto"/>
        <w:jc w:val="center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  <w:tblLayout w:type="fixed"/>
        <w:tblLook w:val="04A0" w:firstRow="1" w:lastRow="0" w:firstColumn="1" w:lastColumn="0" w:noHBand="0" w:noVBand="1"/>
      </w:tblPr>
      <w:tblGrid>
        <w:gridCol w:w="5083"/>
        <w:gridCol w:w="5083"/>
      </w:tblGrid>
      <w:tr w:rsidR="000A2D45" w:rsidRPr="00E505D3" w14:paraId="76A9956D" w14:textId="77777777">
        <w:trPr>
          <w:jc w:val="center"/>
        </w:trPr>
        <w:tc>
          <w:tcPr>
            <w:tcW w:w="5083" w:type="dxa"/>
            <w:shd w:val="clear" w:color="auto" w:fill="E9EFF5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59C3C99" w14:textId="77777777" w:rsidR="000A2D45" w:rsidRPr="00E505D3" w:rsidRDefault="00000000">
            <w:pPr>
              <w:rPr>
                <w:rFonts w:ascii="Times New Roman" w:hAnsi="Times New Roman" w:cs="Times New Roman"/>
                <w:sz w:val="22"/>
              </w:rPr>
            </w:pPr>
            <w:r w:rsidRPr="00E505D3">
              <w:rPr>
                <w:rFonts w:ascii="Times New Roman" w:hAnsi="Times New Roman" w:cs="Times New Roman"/>
                <w:b/>
                <w:sz w:val="22"/>
              </w:rPr>
              <w:t>Ragione sociale</w:t>
            </w:r>
          </w:p>
        </w:tc>
        <w:tc>
          <w:tcPr>
            <w:tcW w:w="5083" w:type="dx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5CD790C" w14:textId="7E2C4EEA" w:rsidR="000A2D45" w:rsidRPr="00E505D3" w:rsidRDefault="00000000">
            <w:pPr>
              <w:rPr>
                <w:rFonts w:ascii="Times New Roman" w:hAnsi="Times New Roman" w:cs="Times New Roman"/>
                <w:sz w:val="22"/>
              </w:rPr>
            </w:pPr>
            <w:r w:rsidRPr="00E505D3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E505D3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0A2D45" w:rsidRPr="00E505D3" w14:paraId="79D4DBDA" w14:textId="77777777">
        <w:trPr>
          <w:jc w:val="center"/>
        </w:trPr>
        <w:tc>
          <w:tcPr>
            <w:tcW w:w="5083" w:type="dxa"/>
            <w:shd w:val="clear" w:color="auto" w:fill="E9EFF5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62D66F28" w14:textId="77777777" w:rsidR="000A2D45" w:rsidRPr="00E505D3" w:rsidRDefault="00000000">
            <w:pPr>
              <w:rPr>
                <w:rFonts w:ascii="Times New Roman" w:hAnsi="Times New Roman" w:cs="Times New Roman"/>
                <w:sz w:val="22"/>
              </w:rPr>
            </w:pPr>
            <w:r w:rsidRPr="00E505D3">
              <w:rPr>
                <w:rFonts w:ascii="Times New Roman" w:hAnsi="Times New Roman" w:cs="Times New Roman"/>
                <w:b/>
                <w:sz w:val="22"/>
              </w:rPr>
              <w:t>Indirizzo</w:t>
            </w:r>
          </w:p>
        </w:tc>
        <w:tc>
          <w:tcPr>
            <w:tcW w:w="5083" w:type="dx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7733569" w14:textId="1759355B" w:rsidR="000A2D45" w:rsidRPr="00E505D3" w:rsidRDefault="00000000">
            <w:pPr>
              <w:rPr>
                <w:rFonts w:ascii="Times New Roman" w:hAnsi="Times New Roman" w:cs="Times New Roman"/>
                <w:sz w:val="22"/>
              </w:rPr>
            </w:pPr>
            <w:r w:rsidRPr="00E505D3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E505D3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0A2D45" w:rsidRPr="00E505D3" w14:paraId="57618BA5" w14:textId="77777777">
        <w:trPr>
          <w:jc w:val="center"/>
        </w:trPr>
        <w:tc>
          <w:tcPr>
            <w:tcW w:w="5083" w:type="dxa"/>
            <w:shd w:val="clear" w:color="auto" w:fill="E9EFF5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6032ACF" w14:textId="77777777" w:rsidR="000A2D45" w:rsidRPr="00E505D3" w:rsidRDefault="00000000">
            <w:pPr>
              <w:rPr>
                <w:rFonts w:ascii="Times New Roman" w:hAnsi="Times New Roman" w:cs="Times New Roman"/>
                <w:sz w:val="22"/>
              </w:rPr>
            </w:pPr>
            <w:r w:rsidRPr="00E505D3">
              <w:rPr>
                <w:rFonts w:ascii="Times New Roman" w:hAnsi="Times New Roman" w:cs="Times New Roman"/>
                <w:b/>
                <w:sz w:val="22"/>
              </w:rPr>
              <w:t>C.F. / P. IVA</w:t>
            </w:r>
          </w:p>
        </w:tc>
        <w:tc>
          <w:tcPr>
            <w:tcW w:w="5083" w:type="dx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28E47B3" w14:textId="1A20833E" w:rsidR="000A2D45" w:rsidRPr="00E505D3" w:rsidRDefault="00000000">
            <w:pPr>
              <w:rPr>
                <w:rFonts w:ascii="Times New Roman" w:hAnsi="Times New Roman" w:cs="Times New Roman"/>
                <w:sz w:val="22"/>
              </w:rPr>
            </w:pPr>
            <w:r w:rsidRPr="00E505D3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E505D3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0A2D45" w:rsidRPr="00E505D3" w14:paraId="39AD225C" w14:textId="77777777">
        <w:trPr>
          <w:jc w:val="center"/>
        </w:trPr>
        <w:tc>
          <w:tcPr>
            <w:tcW w:w="5083" w:type="dxa"/>
            <w:shd w:val="clear" w:color="auto" w:fill="E9EFF5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4372F41" w14:textId="77777777" w:rsidR="000A2D45" w:rsidRPr="00E505D3" w:rsidRDefault="00000000">
            <w:pPr>
              <w:rPr>
                <w:rFonts w:ascii="Times New Roman" w:hAnsi="Times New Roman" w:cs="Times New Roman"/>
                <w:sz w:val="22"/>
              </w:rPr>
            </w:pPr>
            <w:r w:rsidRPr="00E505D3">
              <w:rPr>
                <w:rFonts w:ascii="Times New Roman" w:hAnsi="Times New Roman" w:cs="Times New Roman"/>
                <w:b/>
                <w:sz w:val="22"/>
              </w:rPr>
              <w:t>PEC</w:t>
            </w:r>
          </w:p>
        </w:tc>
        <w:tc>
          <w:tcPr>
            <w:tcW w:w="5083" w:type="dx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641CA32F" w14:textId="7B03E43E" w:rsidR="000A2D45" w:rsidRPr="00E505D3" w:rsidRDefault="00000000">
            <w:pPr>
              <w:rPr>
                <w:rFonts w:ascii="Times New Roman" w:hAnsi="Times New Roman" w:cs="Times New Roman"/>
                <w:sz w:val="22"/>
              </w:rPr>
            </w:pPr>
            <w:r w:rsidRPr="00E505D3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E505D3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0A2D45" w:rsidRPr="00E505D3" w14:paraId="49DE889C" w14:textId="77777777">
        <w:trPr>
          <w:jc w:val="center"/>
        </w:trPr>
        <w:tc>
          <w:tcPr>
            <w:tcW w:w="5083" w:type="dxa"/>
            <w:shd w:val="clear" w:color="auto" w:fill="E9EFF5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20BE68F" w14:textId="77777777" w:rsidR="000A2D45" w:rsidRPr="00E505D3" w:rsidRDefault="00000000">
            <w:pPr>
              <w:rPr>
                <w:rFonts w:ascii="Times New Roman" w:hAnsi="Times New Roman" w:cs="Times New Roman"/>
                <w:sz w:val="22"/>
              </w:rPr>
            </w:pPr>
            <w:r w:rsidRPr="00E505D3">
              <w:rPr>
                <w:rFonts w:ascii="Times New Roman" w:hAnsi="Times New Roman" w:cs="Times New Roman"/>
                <w:b/>
                <w:sz w:val="22"/>
              </w:rPr>
              <w:t>Codice univoco</w:t>
            </w:r>
          </w:p>
        </w:tc>
        <w:tc>
          <w:tcPr>
            <w:tcW w:w="5083" w:type="dx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D98CC32" w14:textId="7C3C72AC" w:rsidR="000A2D45" w:rsidRPr="00E505D3" w:rsidRDefault="00000000">
            <w:pPr>
              <w:rPr>
                <w:rFonts w:ascii="Times New Roman" w:hAnsi="Times New Roman" w:cs="Times New Roman"/>
                <w:sz w:val="22"/>
              </w:rPr>
            </w:pPr>
            <w:r w:rsidRPr="00E505D3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0A2D45" w:rsidRPr="00E505D3" w14:paraId="45F36F61" w14:textId="77777777">
        <w:trPr>
          <w:jc w:val="center"/>
        </w:trPr>
        <w:tc>
          <w:tcPr>
            <w:tcW w:w="5083" w:type="dxa"/>
            <w:shd w:val="clear" w:color="auto" w:fill="E9EFF5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92B9878" w14:textId="77777777" w:rsidR="000A2D45" w:rsidRPr="00E505D3" w:rsidRDefault="00000000">
            <w:pPr>
              <w:rPr>
                <w:rFonts w:ascii="Times New Roman" w:hAnsi="Times New Roman" w:cs="Times New Roman"/>
                <w:sz w:val="22"/>
              </w:rPr>
            </w:pPr>
            <w:r w:rsidRPr="00E505D3">
              <w:rPr>
                <w:rFonts w:ascii="Times New Roman" w:hAnsi="Times New Roman" w:cs="Times New Roman"/>
                <w:b/>
                <w:sz w:val="22"/>
              </w:rPr>
              <w:t>Riferimento amministrativo / contabile</w:t>
            </w:r>
          </w:p>
        </w:tc>
        <w:tc>
          <w:tcPr>
            <w:tcW w:w="5083" w:type="dx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8851E98" w14:textId="36083855" w:rsidR="000A2D45" w:rsidRPr="00E505D3" w:rsidRDefault="00000000">
            <w:pPr>
              <w:rPr>
                <w:rFonts w:ascii="Times New Roman" w:hAnsi="Times New Roman" w:cs="Times New Roman"/>
                <w:sz w:val="22"/>
              </w:rPr>
            </w:pPr>
            <w:r w:rsidRPr="00E505D3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</w:tbl>
    <w:p w14:paraId="2704C4FD" w14:textId="6667F7FC" w:rsidR="000A2D45" w:rsidRPr="00E505D3" w:rsidRDefault="00E72CA7">
      <w:pPr>
        <w:pStyle w:val="SectionCustom"/>
        <w:keepNext/>
        <w:spacing w:before="160" w:after="80"/>
        <w:rPr>
          <w:rFonts w:ascii="Times New Roman" w:hAnsi="Times New Roman" w:cs="Times New Roman"/>
          <w:color w:val="auto"/>
          <w:sz w:val="22"/>
        </w:rPr>
      </w:pPr>
      <w:r w:rsidRPr="00E505D3">
        <w:rPr>
          <w:rFonts w:ascii="Times New Roman" w:hAnsi="Times New Roman" w:cs="Times New Roman"/>
          <w:color w:val="auto"/>
          <w:sz w:val="22"/>
        </w:rPr>
        <w:t>7</w:t>
      </w:r>
      <w:r w:rsidR="00000000" w:rsidRPr="00E505D3">
        <w:rPr>
          <w:rFonts w:ascii="Times New Roman" w:hAnsi="Times New Roman" w:cs="Times New Roman"/>
          <w:color w:val="auto"/>
          <w:sz w:val="22"/>
        </w:rPr>
        <w:t>. DOCUMENTAZIONE ALLEGATA</w:t>
      </w:r>
    </w:p>
    <w:p w14:paraId="7D05F533" w14:textId="77777777" w:rsidR="000A2D45" w:rsidRPr="00E505D3" w:rsidRDefault="00000000">
      <w:pPr>
        <w:ind w:left="288"/>
        <w:rPr>
          <w:rFonts w:ascii="Times New Roman" w:hAnsi="Times New Roman" w:cs="Times New Roman"/>
          <w:sz w:val="22"/>
          <w:lang w:val="it-IT"/>
        </w:rPr>
      </w:pPr>
      <w:r w:rsidRPr="00E505D3">
        <w:rPr>
          <w:rFonts w:ascii="Segoe UI Symbol" w:hAnsi="Segoe UI Symbol" w:cs="Segoe UI Symbol"/>
          <w:sz w:val="22"/>
          <w:lang w:val="it-IT"/>
        </w:rPr>
        <w:t>☐</w:t>
      </w:r>
      <w:r w:rsidRPr="00E505D3">
        <w:rPr>
          <w:rFonts w:ascii="Times New Roman" w:hAnsi="Times New Roman" w:cs="Times New Roman"/>
          <w:sz w:val="22"/>
          <w:lang w:val="it-IT"/>
        </w:rPr>
        <w:t xml:space="preserve"> nota o scheda sintetica illustrativa della questione;</w:t>
      </w:r>
    </w:p>
    <w:p w14:paraId="689C96D1" w14:textId="77777777" w:rsidR="000A2D45" w:rsidRPr="00E505D3" w:rsidRDefault="00000000">
      <w:pPr>
        <w:ind w:left="288"/>
        <w:rPr>
          <w:rFonts w:ascii="Times New Roman" w:hAnsi="Times New Roman" w:cs="Times New Roman"/>
          <w:sz w:val="22"/>
          <w:lang w:val="it-IT"/>
        </w:rPr>
      </w:pPr>
      <w:r w:rsidRPr="00E505D3">
        <w:rPr>
          <w:rFonts w:ascii="Segoe UI Symbol" w:hAnsi="Segoe UI Symbol" w:cs="Segoe UI Symbol"/>
          <w:sz w:val="22"/>
          <w:lang w:val="it-IT"/>
        </w:rPr>
        <w:t>☐</w:t>
      </w:r>
      <w:r w:rsidRPr="00E505D3">
        <w:rPr>
          <w:rFonts w:ascii="Times New Roman" w:hAnsi="Times New Roman" w:cs="Times New Roman"/>
          <w:sz w:val="22"/>
          <w:lang w:val="it-IT"/>
        </w:rPr>
        <w:t xml:space="preserve"> documentazione utile all’esame;</w:t>
      </w:r>
    </w:p>
    <w:p w14:paraId="5A52C257" w14:textId="77777777" w:rsidR="000A2D45" w:rsidRPr="00E505D3" w:rsidRDefault="00000000">
      <w:pPr>
        <w:ind w:left="288"/>
        <w:rPr>
          <w:rFonts w:ascii="Times New Roman" w:hAnsi="Times New Roman" w:cs="Times New Roman"/>
          <w:sz w:val="22"/>
          <w:lang w:val="it-IT"/>
        </w:rPr>
      </w:pPr>
      <w:r w:rsidRPr="00E505D3">
        <w:rPr>
          <w:rFonts w:ascii="Segoe UI Symbol" w:hAnsi="Segoe UI Symbol" w:cs="Segoe UI Symbol"/>
          <w:sz w:val="22"/>
          <w:lang w:val="it-IT"/>
        </w:rPr>
        <w:t>☐</w:t>
      </w:r>
      <w:r w:rsidRPr="00E505D3">
        <w:rPr>
          <w:rFonts w:ascii="Times New Roman" w:hAnsi="Times New Roman" w:cs="Times New Roman"/>
          <w:sz w:val="22"/>
          <w:lang w:val="it-IT"/>
        </w:rPr>
        <w:t xml:space="preserve"> atto di nomina o indicazione del RUP / responsabile del procedimento, ove pertinente;</w:t>
      </w:r>
    </w:p>
    <w:p w14:paraId="33F66B75" w14:textId="77777777" w:rsidR="000A2D45" w:rsidRPr="00E505D3" w:rsidRDefault="00000000">
      <w:pPr>
        <w:ind w:left="288"/>
        <w:rPr>
          <w:rFonts w:ascii="Times New Roman" w:hAnsi="Times New Roman" w:cs="Times New Roman"/>
          <w:sz w:val="22"/>
          <w:lang w:val="it-IT"/>
        </w:rPr>
      </w:pPr>
      <w:r w:rsidRPr="00E505D3">
        <w:rPr>
          <w:rFonts w:ascii="Segoe UI Symbol" w:hAnsi="Segoe UI Symbol" w:cs="Segoe UI Symbol"/>
          <w:sz w:val="22"/>
          <w:lang w:val="it-IT"/>
        </w:rPr>
        <w:t>☐</w:t>
      </w:r>
      <w:r w:rsidRPr="00E505D3">
        <w:rPr>
          <w:rFonts w:ascii="Times New Roman" w:hAnsi="Times New Roman" w:cs="Times New Roman"/>
          <w:sz w:val="22"/>
          <w:lang w:val="it-IT"/>
        </w:rPr>
        <w:t xml:space="preserve"> eventuale atto attestante i poteri del sottoscrittore;</w:t>
      </w:r>
    </w:p>
    <w:p w14:paraId="0F8537E8" w14:textId="77777777" w:rsidR="000A2D45" w:rsidRPr="00E505D3" w:rsidRDefault="00000000">
      <w:pPr>
        <w:ind w:left="288"/>
        <w:rPr>
          <w:rFonts w:ascii="Times New Roman" w:hAnsi="Times New Roman" w:cs="Times New Roman"/>
          <w:sz w:val="22"/>
          <w:lang w:val="it-IT"/>
        </w:rPr>
      </w:pPr>
      <w:r w:rsidRPr="00E505D3">
        <w:rPr>
          <w:rFonts w:ascii="Segoe UI Symbol" w:hAnsi="Segoe UI Symbol" w:cs="Segoe UI Symbol"/>
          <w:sz w:val="22"/>
          <w:lang w:val="it-IT"/>
        </w:rPr>
        <w:t>☐</w:t>
      </w:r>
      <w:r w:rsidRPr="00E505D3">
        <w:rPr>
          <w:rFonts w:ascii="Times New Roman" w:hAnsi="Times New Roman" w:cs="Times New Roman"/>
          <w:sz w:val="22"/>
          <w:lang w:val="it-IT"/>
        </w:rPr>
        <w:t xml:space="preserve"> altro: ________________________________________________.</w:t>
      </w:r>
    </w:p>
    <w:p w14:paraId="04BE6EF1" w14:textId="77777777" w:rsidR="000A2D45" w:rsidRPr="00E505D3" w:rsidRDefault="00000000">
      <w:pPr>
        <w:spacing w:before="200"/>
        <w:rPr>
          <w:rFonts w:ascii="Times New Roman" w:hAnsi="Times New Roman" w:cs="Times New Roman"/>
          <w:sz w:val="22"/>
          <w:lang w:val="it-IT"/>
        </w:rPr>
      </w:pPr>
      <w:r w:rsidRPr="00E505D3">
        <w:rPr>
          <w:rFonts w:ascii="Times New Roman" w:hAnsi="Times New Roman" w:cs="Times New Roman"/>
          <w:b/>
          <w:sz w:val="22"/>
          <w:lang w:val="it-IT"/>
        </w:rPr>
        <w:t xml:space="preserve">Luogo e data: </w:t>
      </w:r>
      <w:r w:rsidRPr="00E505D3">
        <w:rPr>
          <w:rFonts w:ascii="Times New Roman" w:hAnsi="Times New Roman" w:cs="Times New Roman"/>
          <w:sz w:val="22"/>
          <w:lang w:val="it-IT"/>
        </w:rPr>
        <w:t>______________________________________</w:t>
      </w:r>
    </w:p>
    <w:p w14:paraId="18B2B4BF" w14:textId="77777777" w:rsidR="000A2D45" w:rsidRPr="00E505D3" w:rsidRDefault="00000000">
      <w:pPr>
        <w:spacing w:before="280"/>
        <w:jc w:val="right"/>
        <w:rPr>
          <w:rFonts w:ascii="Times New Roman" w:hAnsi="Times New Roman" w:cs="Times New Roman"/>
          <w:sz w:val="22"/>
          <w:lang w:val="it-IT"/>
        </w:rPr>
      </w:pPr>
      <w:r w:rsidRPr="00E505D3">
        <w:rPr>
          <w:rFonts w:ascii="Times New Roman" w:hAnsi="Times New Roman" w:cs="Times New Roman"/>
          <w:b/>
          <w:sz w:val="22"/>
          <w:lang w:val="it-IT"/>
        </w:rPr>
        <w:t>Il/La richiedente</w:t>
      </w:r>
      <w:r w:rsidRPr="00E505D3">
        <w:rPr>
          <w:rFonts w:ascii="Times New Roman" w:hAnsi="Times New Roman" w:cs="Times New Roman"/>
          <w:b/>
          <w:sz w:val="22"/>
          <w:lang w:val="it-IT"/>
        </w:rPr>
        <w:br/>
      </w:r>
      <w:r w:rsidRPr="00E505D3">
        <w:rPr>
          <w:rFonts w:ascii="Times New Roman" w:hAnsi="Times New Roman" w:cs="Times New Roman"/>
          <w:sz w:val="22"/>
          <w:lang w:val="it-IT"/>
        </w:rPr>
        <w:t>________________________________________</w:t>
      </w:r>
      <w:r w:rsidRPr="00E505D3">
        <w:rPr>
          <w:rFonts w:ascii="Times New Roman" w:hAnsi="Times New Roman" w:cs="Times New Roman"/>
          <w:sz w:val="22"/>
          <w:lang w:val="it-IT"/>
        </w:rPr>
        <w:br/>
      </w:r>
      <w:r w:rsidRPr="00E505D3">
        <w:rPr>
          <w:rFonts w:ascii="Times New Roman" w:hAnsi="Times New Roman" w:cs="Times New Roman"/>
          <w:i/>
          <w:sz w:val="22"/>
          <w:lang w:val="it-IT"/>
        </w:rPr>
        <w:t>(firma digitale o firma autografa)</w:t>
      </w:r>
    </w:p>
    <w:p w14:paraId="1ACCC8C6" w14:textId="77777777" w:rsidR="000A2D45" w:rsidRPr="00E505D3" w:rsidRDefault="00000000">
      <w:pPr>
        <w:pStyle w:val="SmallCustom"/>
        <w:spacing w:before="240"/>
        <w:jc w:val="both"/>
        <w:rPr>
          <w:rFonts w:ascii="Times New Roman" w:hAnsi="Times New Roman" w:cs="Times New Roman"/>
          <w:color w:val="auto"/>
          <w:sz w:val="22"/>
          <w:lang w:val="it-IT"/>
        </w:rPr>
      </w:pPr>
      <w:r w:rsidRPr="00E505D3">
        <w:rPr>
          <w:rFonts w:ascii="Times New Roman" w:hAnsi="Times New Roman" w:cs="Times New Roman"/>
          <w:color w:val="auto"/>
          <w:sz w:val="22"/>
          <w:lang w:val="it-IT"/>
        </w:rPr>
        <w:t>Nota per la compilazione: descrivere il problema in termini essenziali, senza anticipare valutazioni conclusive riservate all’Amministrazione / Ente richiedente. La Commissione potrà richiedere integrazioni documentali o precisazioni necessarie allo svolgimento dell’attività.</w:t>
      </w:r>
    </w:p>
    <w:sectPr w:rsidR="000A2D45" w:rsidRPr="00E505D3" w:rsidSect="00034616">
      <w:headerReference w:type="default" r:id="rId8"/>
      <w:footerReference w:type="default" r:id="rId9"/>
      <w:pgSz w:w="12240" w:h="15840"/>
      <w:pgMar w:top="893" w:right="1037" w:bottom="893" w:left="10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49855" w14:textId="77777777" w:rsidR="00D87477" w:rsidRDefault="00D87477">
      <w:pPr>
        <w:spacing w:after="0" w:line="240" w:lineRule="auto"/>
      </w:pPr>
      <w:r>
        <w:separator/>
      </w:r>
    </w:p>
  </w:endnote>
  <w:endnote w:type="continuationSeparator" w:id="0">
    <w:p w14:paraId="5AAEB60C" w14:textId="77777777" w:rsidR="00D87477" w:rsidRDefault="00D87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2F413" w14:textId="77777777" w:rsidR="000A2D45" w:rsidRPr="00E72CA7" w:rsidRDefault="00000000">
    <w:pPr>
      <w:pStyle w:val="Pidipagina"/>
      <w:jc w:val="center"/>
      <w:rPr>
        <w:lang w:val="it-IT"/>
      </w:rPr>
    </w:pPr>
    <w:r w:rsidRPr="00E72CA7">
      <w:rPr>
        <w:color w:val="646464"/>
        <w:sz w:val="15"/>
        <w:lang w:val="it-IT"/>
      </w:rPr>
      <w:t>Fac-simile di istanza - compilare i campi pertinenti e sottoscrivere digitalmente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360F7" w14:textId="77777777" w:rsidR="00D87477" w:rsidRDefault="00D87477">
      <w:pPr>
        <w:spacing w:after="0" w:line="240" w:lineRule="auto"/>
      </w:pPr>
      <w:r>
        <w:separator/>
      </w:r>
    </w:p>
  </w:footnote>
  <w:footnote w:type="continuationSeparator" w:id="0">
    <w:p w14:paraId="08B8CBAE" w14:textId="77777777" w:rsidR="00D87477" w:rsidRDefault="00D87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68D11" w14:textId="1620E385" w:rsidR="000A2D45" w:rsidRPr="00E505D3" w:rsidRDefault="00E505D3" w:rsidP="00E505D3">
    <w:pPr>
      <w:pStyle w:val="Intestazione"/>
    </w:pPr>
    <w:r>
      <w:rPr>
        <w:noProof/>
      </w:rPr>
      <w:drawing>
        <wp:inline distT="0" distB="0" distL="0" distR="0" wp14:anchorId="06C529E1" wp14:editId="54E457EE">
          <wp:extent cx="2232000" cy="102551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ommissione_cropp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32000" cy="10255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05189277">
    <w:abstractNumId w:val="8"/>
  </w:num>
  <w:num w:numId="2" w16cid:durableId="1518688378">
    <w:abstractNumId w:val="6"/>
  </w:num>
  <w:num w:numId="3" w16cid:durableId="650907968">
    <w:abstractNumId w:val="5"/>
  </w:num>
  <w:num w:numId="4" w16cid:durableId="89816606">
    <w:abstractNumId w:val="4"/>
  </w:num>
  <w:num w:numId="5" w16cid:durableId="734281293">
    <w:abstractNumId w:val="7"/>
  </w:num>
  <w:num w:numId="6" w16cid:durableId="651636272">
    <w:abstractNumId w:val="3"/>
  </w:num>
  <w:num w:numId="7" w16cid:durableId="434716444">
    <w:abstractNumId w:val="2"/>
  </w:num>
  <w:num w:numId="8" w16cid:durableId="619996908">
    <w:abstractNumId w:val="1"/>
  </w:num>
  <w:num w:numId="9" w16cid:durableId="2019767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2D45"/>
    <w:rsid w:val="0015074B"/>
    <w:rsid w:val="0029639D"/>
    <w:rsid w:val="00326F90"/>
    <w:rsid w:val="00937B98"/>
    <w:rsid w:val="00AA1D8D"/>
    <w:rsid w:val="00B47730"/>
    <w:rsid w:val="00CB0664"/>
    <w:rsid w:val="00D87477"/>
    <w:rsid w:val="00E505D3"/>
    <w:rsid w:val="00E72CA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241605"/>
  <w14:defaultImageDpi w14:val="300"/>
  <w15:docId w15:val="{E05FD4E1-0AAF-4F0A-9C78-03085A3F3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100" w:line="252" w:lineRule="auto"/>
    </w:pPr>
    <w:rPr>
      <w:rFonts w:ascii="Aptos" w:hAnsi="Aptos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leCustom">
    <w:name w:val="TitleCustom"/>
    <w:rPr>
      <w:rFonts w:ascii="Aptos" w:hAnsi="Aptos"/>
      <w:b/>
      <w:color w:val="1F4E79"/>
      <w:sz w:val="34"/>
    </w:rPr>
  </w:style>
  <w:style w:type="paragraph" w:customStyle="1" w:styleId="SectionCustom">
    <w:name w:val="SectionCustom"/>
    <w:rPr>
      <w:rFonts w:ascii="Aptos" w:hAnsi="Aptos"/>
      <w:b/>
      <w:color w:val="1F4E79"/>
      <w:sz w:val="23"/>
    </w:rPr>
  </w:style>
  <w:style w:type="paragraph" w:customStyle="1" w:styleId="SmallCustom">
    <w:name w:val="SmallCustom"/>
    <w:rPr>
      <w:rFonts w:ascii="Aptos" w:hAnsi="Aptos"/>
      <w:color w:val="666666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per l’attivazione di attività tecnico-istruttorie</dc:title>
  <dc:subject>Fac-simile per amministrazioni ed enti richiedenti</dc:subject>
  <dc:creator>Università degli Studi di Firenze</dc:creator>
  <cp:keywords/>
  <dc:description>generated by python-docx</dc:description>
  <cp:lastModifiedBy>Maria Paola Monaco</cp:lastModifiedBy>
  <cp:revision>2</cp:revision>
  <dcterms:created xsi:type="dcterms:W3CDTF">2026-07-21T21:46:00Z</dcterms:created>
  <dcterms:modified xsi:type="dcterms:W3CDTF">2026-07-21T21:46:00Z</dcterms:modified>
  <cp:category/>
</cp:coreProperties>
</file>